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68042" w14:textId="77777777" w:rsidR="00EC347C" w:rsidRPr="004958E8" w:rsidRDefault="00000000">
      <w:pPr>
        <w:jc w:val="center"/>
        <w:rPr>
          <w:lang w:val="fr-FR"/>
        </w:rPr>
      </w:pPr>
      <w:r w:rsidRPr="004958E8">
        <w:rPr>
          <w:b/>
          <w:bCs/>
          <w:color w:val="323232"/>
          <w:sz w:val="36"/>
          <w:szCs w:val="36"/>
          <w:lang w:val="fr-FR"/>
        </w:rPr>
        <w:t>FICHE TECHNIQUE</w:t>
      </w:r>
    </w:p>
    <w:p w14:paraId="39834263" w14:textId="77777777" w:rsidR="00EC347C" w:rsidRPr="004958E8" w:rsidRDefault="00000000">
      <w:pPr>
        <w:jc w:val="center"/>
        <w:rPr>
          <w:lang w:val="fr-FR"/>
        </w:rPr>
      </w:pPr>
      <w:r w:rsidRPr="004958E8">
        <w:rPr>
          <w:lang w:val="fr-FR"/>
        </w:rPr>
        <w:t>____________________________________________________________</w:t>
      </w:r>
    </w:p>
    <w:p w14:paraId="067AD534" w14:textId="77777777" w:rsidR="00EC347C" w:rsidRPr="004958E8" w:rsidRDefault="00000000">
      <w:pPr>
        <w:rPr>
          <w:lang w:val="fr-FR"/>
        </w:rPr>
      </w:pPr>
      <w:r w:rsidRPr="004958E8">
        <w:rPr>
          <w:color w:val="808080"/>
          <w:sz w:val="20"/>
          <w:szCs w:val="20"/>
          <w:lang w:val="fr-FR"/>
        </w:rPr>
        <w:t>NOM DU BADGE</w:t>
      </w:r>
    </w:p>
    <w:p w14:paraId="3151EE94" w14:textId="425C916D" w:rsidR="00EC347C" w:rsidRDefault="00EC347C"/>
    <w:tbl>
      <w:tblPr>
        <w:tblStyle w:val="a"/>
        <w:tblW w:w="8640" w:type="dxa"/>
        <w:jc w:val="center"/>
        <w:tblLayout w:type="fixed"/>
        <w:tblLook w:val="0400" w:firstRow="0" w:lastRow="0" w:firstColumn="0" w:lastColumn="0" w:noHBand="0" w:noVBand="1"/>
      </w:tblPr>
      <w:tblGrid>
        <w:gridCol w:w="2880"/>
        <w:gridCol w:w="2880"/>
        <w:gridCol w:w="2880"/>
      </w:tblGrid>
      <w:tr w:rsidR="00EC347C" w14:paraId="0155446D" w14:textId="77777777" w:rsidTr="00D70853">
        <w:trPr>
          <w:jc w:val="center"/>
        </w:trPr>
        <w:tc>
          <w:tcPr>
            <w:tcW w:w="2880" w:type="dxa"/>
          </w:tcPr>
          <w:p w14:paraId="2F3A7092" w14:textId="77777777" w:rsidR="00EC347C" w:rsidRDefault="00EC347C"/>
        </w:tc>
        <w:tc>
          <w:tcPr>
            <w:tcW w:w="2880" w:type="dxa"/>
            <w:tcBorders>
              <w:bottom w:val="single" w:sz="4" w:space="0" w:color="auto"/>
            </w:tcBorders>
          </w:tcPr>
          <w:p w14:paraId="6FFD4B7B" w14:textId="5128451B" w:rsidR="00EC347C" w:rsidRDefault="00000000">
            <w:pPr>
              <w:jc w:val="center"/>
            </w:pPr>
            <w:r>
              <w:rPr>
                <w:b/>
                <w:bCs/>
              </w:rPr>
              <w:t>&lt;-  cm -&gt;</w:t>
            </w:r>
          </w:p>
        </w:tc>
        <w:tc>
          <w:tcPr>
            <w:tcW w:w="2880" w:type="dxa"/>
            <w:tcBorders>
              <w:left w:val="nil"/>
            </w:tcBorders>
          </w:tcPr>
          <w:p w14:paraId="6345A199" w14:textId="77777777" w:rsidR="00EC347C" w:rsidRDefault="00EC347C"/>
        </w:tc>
      </w:tr>
      <w:tr w:rsidR="00EC347C" w14:paraId="6AB06B28" w14:textId="77777777" w:rsidTr="007656AE">
        <w:trPr>
          <w:trHeight w:val="2420"/>
          <w:jc w:val="center"/>
        </w:trPr>
        <w:tc>
          <w:tcPr>
            <w:tcW w:w="2880" w:type="dxa"/>
            <w:tcBorders>
              <w:right w:val="single" w:sz="4" w:space="0" w:color="auto"/>
            </w:tcBorders>
          </w:tcPr>
          <w:p w14:paraId="241AF81D" w14:textId="77777777" w:rsidR="007656AE" w:rsidRDefault="007656A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F2EB4E8" w14:textId="425BA726" w:rsidR="00EC347C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^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  <w:t>cm</w:t>
            </w:r>
            <w:r>
              <w:rPr>
                <w:b/>
                <w:bCs/>
                <w:sz w:val="20"/>
                <w:szCs w:val="20"/>
              </w:rPr>
              <w:br/>
              <w:t>v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01AB" w14:textId="7443CDF9" w:rsidR="00EC347C" w:rsidRDefault="00EC347C">
            <w:pPr>
              <w:jc w:val="center"/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14:paraId="6F4FFD2C" w14:textId="77777777" w:rsidR="00EC347C" w:rsidRDefault="00EC347C"/>
        </w:tc>
      </w:tr>
      <w:tr w:rsidR="00EC347C" w14:paraId="62FD109A" w14:textId="77777777" w:rsidTr="00D70853">
        <w:trPr>
          <w:jc w:val="center"/>
        </w:trPr>
        <w:tc>
          <w:tcPr>
            <w:tcW w:w="2880" w:type="dxa"/>
          </w:tcPr>
          <w:p w14:paraId="0D0BC636" w14:textId="77777777" w:rsidR="00EC347C" w:rsidRDefault="00EC347C"/>
        </w:tc>
        <w:tc>
          <w:tcPr>
            <w:tcW w:w="2880" w:type="dxa"/>
            <w:tcBorders>
              <w:top w:val="single" w:sz="4" w:space="0" w:color="auto"/>
            </w:tcBorders>
          </w:tcPr>
          <w:p w14:paraId="17BFAF94" w14:textId="77777777" w:rsidR="00EC347C" w:rsidRDefault="00EC347C"/>
        </w:tc>
        <w:tc>
          <w:tcPr>
            <w:tcW w:w="2880" w:type="dxa"/>
          </w:tcPr>
          <w:p w14:paraId="2FBF8FD1" w14:textId="77777777" w:rsidR="00EC347C" w:rsidRDefault="00EC347C"/>
        </w:tc>
      </w:tr>
    </w:tbl>
    <w:p w14:paraId="3D557BFD" w14:textId="77777777" w:rsidR="007656AE" w:rsidRDefault="007656AE">
      <w:pPr>
        <w:rPr>
          <w:b/>
          <w:bCs/>
          <w:color w:val="505050"/>
          <w:sz w:val="24"/>
          <w:szCs w:val="24"/>
        </w:rPr>
      </w:pPr>
    </w:p>
    <w:p w14:paraId="189BD58A" w14:textId="77777777" w:rsidR="007656AE" w:rsidRDefault="007656AE">
      <w:pPr>
        <w:rPr>
          <w:b/>
          <w:bCs/>
          <w:color w:val="505050"/>
          <w:sz w:val="24"/>
          <w:szCs w:val="24"/>
        </w:rPr>
      </w:pPr>
    </w:p>
    <w:p w14:paraId="37E62293" w14:textId="77777777" w:rsidR="007656AE" w:rsidRDefault="007656AE">
      <w:pPr>
        <w:rPr>
          <w:b/>
          <w:bCs/>
          <w:color w:val="505050"/>
          <w:sz w:val="24"/>
          <w:szCs w:val="24"/>
        </w:rPr>
      </w:pPr>
    </w:p>
    <w:p w14:paraId="0E7061D0" w14:textId="77777777" w:rsidR="007656AE" w:rsidRDefault="007656AE">
      <w:pPr>
        <w:rPr>
          <w:b/>
          <w:bCs/>
          <w:color w:val="505050"/>
          <w:sz w:val="24"/>
          <w:szCs w:val="24"/>
        </w:rPr>
      </w:pPr>
    </w:p>
    <w:p w14:paraId="2172CF52" w14:textId="13827287" w:rsidR="00EC347C" w:rsidRDefault="00000000">
      <w:r>
        <w:rPr>
          <w:b/>
          <w:bCs/>
          <w:color w:val="505050"/>
          <w:sz w:val="24"/>
          <w:szCs w:val="24"/>
        </w:rPr>
        <w:t>COULEURS CMYK</w:t>
      </w:r>
    </w:p>
    <w:tbl>
      <w:tblPr>
        <w:tblStyle w:val="a0"/>
        <w:tblW w:w="8640" w:type="dxa"/>
        <w:jc w:val="center"/>
        <w:tblLayout w:type="fixed"/>
        <w:tblLook w:val="0400" w:firstRow="0" w:lastRow="0" w:firstColumn="0" w:lastColumn="0" w:noHBand="0" w:noVBand="1"/>
      </w:tblPr>
      <w:tblGrid>
        <w:gridCol w:w="2880"/>
        <w:gridCol w:w="2880"/>
        <w:gridCol w:w="2880"/>
      </w:tblGrid>
      <w:tr w:rsidR="00EC347C" w14:paraId="1E01FB25" w14:textId="77777777">
        <w:trPr>
          <w:jc w:val="center"/>
        </w:trPr>
        <w:tc>
          <w:tcPr>
            <w:tcW w:w="2880" w:type="dxa"/>
            <w:shd w:val="clear" w:color="auto" w:fill="B7B7E5"/>
          </w:tcPr>
          <w:p w14:paraId="4C883B6E" w14:textId="77777777" w:rsidR="00EC347C" w:rsidRDefault="00000000">
            <w:pPr>
              <w:jc w:val="center"/>
            </w:pPr>
            <w:r>
              <w:rPr>
                <w:sz w:val="32"/>
                <w:szCs w:val="32"/>
              </w:rPr>
              <w:br/>
            </w:r>
          </w:p>
        </w:tc>
        <w:tc>
          <w:tcPr>
            <w:tcW w:w="2880" w:type="dxa"/>
            <w:shd w:val="clear" w:color="auto" w:fill="B0B2C2"/>
          </w:tcPr>
          <w:p w14:paraId="215CBF1C" w14:textId="77777777" w:rsidR="00EC347C" w:rsidRDefault="00000000">
            <w:pPr>
              <w:jc w:val="center"/>
            </w:pPr>
            <w:r>
              <w:rPr>
                <w:sz w:val="32"/>
                <w:szCs w:val="32"/>
              </w:rPr>
              <w:br/>
            </w:r>
          </w:p>
        </w:tc>
        <w:tc>
          <w:tcPr>
            <w:tcW w:w="2880" w:type="dxa"/>
            <w:shd w:val="clear" w:color="auto" w:fill="545665"/>
          </w:tcPr>
          <w:p w14:paraId="7E1C47F8" w14:textId="77777777" w:rsidR="00EC347C" w:rsidRDefault="00000000">
            <w:pPr>
              <w:jc w:val="center"/>
            </w:pPr>
            <w:r>
              <w:rPr>
                <w:sz w:val="32"/>
                <w:szCs w:val="32"/>
              </w:rPr>
              <w:br/>
            </w:r>
          </w:p>
        </w:tc>
      </w:tr>
      <w:tr w:rsidR="00EC347C" w14:paraId="19F38101" w14:textId="77777777">
        <w:trPr>
          <w:jc w:val="center"/>
        </w:trPr>
        <w:tc>
          <w:tcPr>
            <w:tcW w:w="2880" w:type="dxa"/>
          </w:tcPr>
          <w:p w14:paraId="4D0C6C45" w14:textId="416AF21A" w:rsidR="00EC347C" w:rsidRDefault="00000000">
            <w:pPr>
              <w:jc w:val="center"/>
            </w:pPr>
            <w:r>
              <w:t>C | M | Y | K</w:t>
            </w:r>
          </w:p>
          <w:p w14:paraId="70A264E3" w14:textId="32F4D797" w:rsidR="00EC347C" w:rsidRDefault="00000000">
            <w:pPr>
              <w:jc w:val="center"/>
            </w:pPr>
            <w:r>
              <w:t xml:space="preserve">Thread Code: </w:t>
            </w:r>
          </w:p>
        </w:tc>
        <w:tc>
          <w:tcPr>
            <w:tcW w:w="2880" w:type="dxa"/>
          </w:tcPr>
          <w:p w14:paraId="21053FCB" w14:textId="0D0F1554" w:rsidR="00EC347C" w:rsidRDefault="00000000">
            <w:pPr>
              <w:jc w:val="center"/>
            </w:pPr>
            <w:r>
              <w:t>C | M | Y</w:t>
            </w:r>
            <w:r w:rsidR="007656AE">
              <w:t xml:space="preserve"> </w:t>
            </w:r>
            <w:r>
              <w:t>| K</w:t>
            </w:r>
          </w:p>
          <w:p w14:paraId="616D14CD" w14:textId="418A5BAF" w:rsidR="00EC347C" w:rsidRDefault="00000000">
            <w:pPr>
              <w:jc w:val="center"/>
            </w:pPr>
            <w:r>
              <w:t xml:space="preserve">Thread Code: </w:t>
            </w:r>
          </w:p>
        </w:tc>
        <w:tc>
          <w:tcPr>
            <w:tcW w:w="2880" w:type="dxa"/>
          </w:tcPr>
          <w:p w14:paraId="44D4F8D9" w14:textId="77777777" w:rsidR="007656AE" w:rsidRDefault="007656AE" w:rsidP="007656AE">
            <w:pPr>
              <w:jc w:val="center"/>
            </w:pPr>
            <w:r>
              <w:t>C | M | Y | K</w:t>
            </w:r>
          </w:p>
          <w:p w14:paraId="68CCF583" w14:textId="6E0F55B6" w:rsidR="00EC347C" w:rsidRDefault="00000000">
            <w:pPr>
              <w:jc w:val="center"/>
            </w:pPr>
            <w:r>
              <w:t xml:space="preserve">Thread Code: </w:t>
            </w:r>
          </w:p>
        </w:tc>
      </w:tr>
      <w:tr w:rsidR="00EC347C" w14:paraId="70407802" w14:textId="77777777">
        <w:trPr>
          <w:jc w:val="center"/>
        </w:trPr>
        <w:tc>
          <w:tcPr>
            <w:tcW w:w="2880" w:type="dxa"/>
            <w:shd w:val="clear" w:color="auto" w:fill="F2B518"/>
          </w:tcPr>
          <w:p w14:paraId="2DA8B1BF" w14:textId="77777777" w:rsidR="00EC347C" w:rsidRDefault="00000000">
            <w:pPr>
              <w:jc w:val="center"/>
            </w:pPr>
            <w:r>
              <w:rPr>
                <w:sz w:val="32"/>
                <w:szCs w:val="32"/>
              </w:rPr>
              <w:br/>
            </w:r>
          </w:p>
        </w:tc>
        <w:tc>
          <w:tcPr>
            <w:tcW w:w="2880" w:type="dxa"/>
            <w:shd w:val="clear" w:color="auto" w:fill="9193A2"/>
          </w:tcPr>
          <w:p w14:paraId="3BB7B092" w14:textId="77777777" w:rsidR="00EC347C" w:rsidRDefault="00000000">
            <w:pPr>
              <w:jc w:val="center"/>
            </w:pPr>
            <w:r>
              <w:rPr>
                <w:sz w:val="32"/>
                <w:szCs w:val="32"/>
              </w:rPr>
              <w:br/>
            </w:r>
          </w:p>
        </w:tc>
        <w:tc>
          <w:tcPr>
            <w:tcW w:w="2880" w:type="dxa"/>
            <w:shd w:val="clear" w:color="auto" w:fill="000000"/>
          </w:tcPr>
          <w:p w14:paraId="10FDB61F" w14:textId="77777777" w:rsidR="00EC347C" w:rsidRDefault="00000000">
            <w:pPr>
              <w:jc w:val="center"/>
            </w:pPr>
            <w:r>
              <w:rPr>
                <w:sz w:val="32"/>
                <w:szCs w:val="32"/>
              </w:rPr>
              <w:br/>
            </w:r>
          </w:p>
        </w:tc>
      </w:tr>
      <w:tr w:rsidR="00EC347C" w14:paraId="626FEAE1" w14:textId="77777777">
        <w:trPr>
          <w:jc w:val="center"/>
        </w:trPr>
        <w:tc>
          <w:tcPr>
            <w:tcW w:w="2880" w:type="dxa"/>
          </w:tcPr>
          <w:p w14:paraId="579A9FD6" w14:textId="77777777" w:rsidR="007656AE" w:rsidRDefault="007656AE" w:rsidP="007656AE">
            <w:pPr>
              <w:jc w:val="center"/>
            </w:pPr>
            <w:r>
              <w:t>C | M | Y | K</w:t>
            </w:r>
          </w:p>
          <w:p w14:paraId="2ACB587C" w14:textId="61F2C6DB" w:rsidR="00EC347C" w:rsidRDefault="00000000">
            <w:pPr>
              <w:jc w:val="center"/>
            </w:pPr>
            <w:r>
              <w:t xml:space="preserve">Thread Code: </w:t>
            </w:r>
          </w:p>
        </w:tc>
        <w:tc>
          <w:tcPr>
            <w:tcW w:w="2880" w:type="dxa"/>
          </w:tcPr>
          <w:p w14:paraId="03AB2442" w14:textId="77777777" w:rsidR="007656AE" w:rsidRDefault="007656AE" w:rsidP="007656AE">
            <w:pPr>
              <w:jc w:val="center"/>
            </w:pPr>
            <w:r>
              <w:t>C | M | Y | K</w:t>
            </w:r>
          </w:p>
          <w:p w14:paraId="01D2E109" w14:textId="65B38E34" w:rsidR="00EC347C" w:rsidRDefault="00000000">
            <w:pPr>
              <w:jc w:val="center"/>
            </w:pPr>
            <w:r>
              <w:t xml:space="preserve">Thread Code: </w:t>
            </w:r>
          </w:p>
        </w:tc>
        <w:tc>
          <w:tcPr>
            <w:tcW w:w="2880" w:type="dxa"/>
          </w:tcPr>
          <w:p w14:paraId="395B6E81" w14:textId="77777777" w:rsidR="007656AE" w:rsidRDefault="007656AE" w:rsidP="007656AE">
            <w:pPr>
              <w:jc w:val="center"/>
            </w:pPr>
            <w:r>
              <w:t>C | M | Y | K</w:t>
            </w:r>
          </w:p>
          <w:p w14:paraId="05171AE8" w14:textId="34635CE6" w:rsidR="00EC347C" w:rsidRDefault="00000000">
            <w:pPr>
              <w:jc w:val="center"/>
            </w:pPr>
            <w:r>
              <w:t xml:space="preserve">Thread Code: </w:t>
            </w:r>
          </w:p>
        </w:tc>
      </w:tr>
    </w:tbl>
    <w:p w14:paraId="7A92A735" w14:textId="7A1D275A" w:rsidR="00EC347C" w:rsidRDefault="00EC347C"/>
    <w:sectPr w:rsidR="00EC347C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09173" w14:textId="77777777" w:rsidR="00DD0A8E" w:rsidRDefault="00DD0A8E">
      <w:pPr>
        <w:spacing w:after="0" w:line="240" w:lineRule="auto"/>
      </w:pPr>
      <w:r>
        <w:separator/>
      </w:r>
    </w:p>
  </w:endnote>
  <w:endnote w:type="continuationSeparator" w:id="0">
    <w:p w14:paraId="74908F50" w14:textId="77777777" w:rsidR="00DD0A8E" w:rsidRDefault="00DD0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E6D32A5-8594-9040-87BE-1AA7F2565B42}"/>
    <w:embedBold r:id="rId2" w:fontKey="{07E84D30-0E95-A04B-B6C9-A70B504CE919}"/>
    <w:embedItalic r:id="rId3" w:fontKey="{BF29EB77-65EE-AB43-B3B3-98EA68D97A0B}"/>
    <w:embedBoldItalic r:id="rId4" w:fontKey="{6DD99F27-4024-184C-A797-D335EC1BF4F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0D97C11A-7632-A841-B482-7B63EAD8EC48}"/>
    <w:embedBold r:id="rId6" w:fontKey="{658D843C-DBD2-1B43-AF12-D8CCA01FF15C}"/>
    <w:embedItalic r:id="rId7" w:fontKey="{11B823E1-E691-1440-8A09-F89527E1D3A9}"/>
    <w:embedBoldItalic r:id="rId8" w:fontKey="{00203AA1-0BC8-4540-8F49-BDEAB5475E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B4F251EB-0493-CF49-B04F-204848E7D1CD}"/>
    <w:embedBold r:id="rId10" w:fontKey="{62A75183-E089-CD42-B922-9F1FC7D38029}"/>
    <w:embedItalic r:id="rId11" w:fontKey="{99396BE2-AFF8-6240-B70A-2B03FB4B369B}"/>
    <w:embedBoldItalic r:id="rId12" w:fontKey="{449CDFBD-68A9-4D42-8B5F-04875C9C7479}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  <w:embedRegular r:id="rId13" w:fontKey="{F8266598-87D2-A245-A7D6-E74E43F7BF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B5233BBF-605D-CB48-91D1-383B836B44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5337D" w14:textId="77777777" w:rsidR="00EC34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969696"/>
        <w:sz w:val="16"/>
        <w:szCs w:val="16"/>
      </w:rPr>
      <w:t xml:space="preserve">Page </w:t>
    </w:r>
    <w:r>
      <w:rPr>
        <w:color w:val="969696"/>
        <w:sz w:val="16"/>
        <w:szCs w:val="16"/>
      </w:rPr>
      <w:fldChar w:fldCharType="begin"/>
    </w:r>
    <w:r>
      <w:rPr>
        <w:color w:val="969696"/>
        <w:sz w:val="16"/>
        <w:szCs w:val="16"/>
      </w:rPr>
      <w:instrText>PAGE</w:instrText>
    </w:r>
    <w:r>
      <w:rPr>
        <w:color w:val="969696"/>
        <w:sz w:val="16"/>
        <w:szCs w:val="16"/>
      </w:rPr>
      <w:fldChar w:fldCharType="separate"/>
    </w:r>
    <w:r w:rsidR="004958E8">
      <w:rPr>
        <w:noProof/>
        <w:color w:val="969696"/>
        <w:sz w:val="16"/>
        <w:szCs w:val="16"/>
      </w:rPr>
      <w:t>1</w:t>
    </w:r>
    <w:r>
      <w:rPr>
        <w:color w:val="96969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158E3" w14:textId="77777777" w:rsidR="00DD0A8E" w:rsidRDefault="00DD0A8E">
      <w:pPr>
        <w:spacing w:after="0" w:line="240" w:lineRule="auto"/>
      </w:pPr>
      <w:r>
        <w:separator/>
      </w:r>
    </w:p>
  </w:footnote>
  <w:footnote w:type="continuationSeparator" w:id="0">
    <w:p w14:paraId="786FD94C" w14:textId="77777777" w:rsidR="00DD0A8E" w:rsidRDefault="00DD0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B540B" w14:textId="77777777" w:rsidR="00EC347C" w:rsidRDefault="00EC34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07B37"/>
    <w:multiLevelType w:val="multilevel"/>
    <w:tmpl w:val="276230DE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07589320">
    <w:abstractNumId w:val="0"/>
  </w:num>
  <w:num w:numId="2" w16cid:durableId="1251962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59095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26193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84681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69287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47C"/>
    <w:rsid w:val="004958E8"/>
    <w:rsid w:val="007656AE"/>
    <w:rsid w:val="0098527A"/>
    <w:rsid w:val="00D70853"/>
    <w:rsid w:val="00DD0A8E"/>
    <w:rsid w:val="00EC347C"/>
    <w:rsid w:val="00F64C27"/>
    <w:rsid w:val="00FF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554F6"/>
  <w15:docId w15:val="{664D0A99-5379-400E-BA87-5F2F5662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25z6okJRTIVnlNbfPZ0B9dJ+kQ==">CgMxLjA4AHIhMUZlV3BILUNGbktNV3VZSV93clVVLXBlMTFJdlR4UlNU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254</Characters>
  <Application>Microsoft Office Word</Application>
  <DocSecurity>0</DocSecurity>
  <Lines>42</Lines>
  <Paragraphs>20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Marc Salloum</cp:lastModifiedBy>
  <cp:revision>4</cp:revision>
  <dcterms:created xsi:type="dcterms:W3CDTF">2013-12-23T23:15:00Z</dcterms:created>
  <dcterms:modified xsi:type="dcterms:W3CDTF">2026-04-12T16:08:00Z</dcterms:modified>
</cp:coreProperties>
</file>